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jc w:val="center"/>
      </w:pPr>
      <w:r>
        <w:rPr>
          <w:rFonts w:ascii="黑体" w:hAnsi="黑体" w:eastAsia="黑体"/>
          <w:b/>
          <w:color w:val="000000"/>
          <w:sz w:val="52"/>
        </w:rPr>
        <w:t>润滑油压力和振动模型详细报告（v2）</w:t>
      </w:r>
    </w:p>
    <w:p>
      <w:pPr>
        <w:jc w:val="center"/>
      </w:pPr>
      <w:r>
        <w:rPr>
          <w:rFonts w:ascii="宋体" w:hAnsi="宋体" w:eastAsia="宋体"/>
          <w:b w:val="0"/>
          <w:color w:val="000000"/>
          <w:sz w:val="28"/>
        </w:rPr>
        <w:t>v2：压力 61 条 / 振动 25 条</w:t>
      </w:r>
    </w:p>
    <w:p/>
    <w:p/>
    <w:p/>
    <w:p/>
    <w:p/>
    <w:p/>
    <w:p>
      <w:pPr>
        <w:jc w:val="center"/>
      </w:pPr>
      <w:r>
        <w:rPr>
          <w:rFonts w:ascii="宋体" w:hAnsi="宋体" w:eastAsia="宋体"/>
          <w:b w:val="0"/>
          <w:color w:val="000000"/>
          <w:sz w:val="24"/>
        </w:rPr>
        <w:t>2026 年 10 月</w:t>
      </w:r>
    </w:p>
    <w:p>
      <w:r>
        <w:br w:type="page"/>
      </w:r>
    </w:p>
    <w:p>
      <w:pPr>
        <w:pStyle w:val="Heading1"/>
      </w:pPr>
      <w:r>
        <w:t>一、文档说明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本报告对应 v2：润滑油压力按“去掉 0 点、部分掉点无效、开机恢复瞬态剔除”规则重建后为 61 条标签；振动保持 25 条标签和原模型不变。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压力模型已按 v2 标签重新训练；7 号机剩余 2 条开机段标签经稳定恢复判断后剔除，因此 7 号机压力标签为 0 条，压力异常测试窗口全部来自 8 号机。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模型均为二分类“正常/异常”窗口模型，输出异常概率；标签中的轻微/异常/严重异常是样本来源阶段，不是模型的三分类输出。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所有指标均由当前模型文件、验证样本和封存测试结果重新计算或读取；每张表下方标注数据来源。</w:t>
      </w:r>
    </w:p>
    <w:p>
      <w:pPr>
        <w:pStyle w:val="Heading1"/>
      </w:pPr>
      <w:r>
        <w:t>二、数据与标签来源</w:t>
      </w:r>
    </w:p>
    <w:tbl>
      <w:tblPr>
        <w:tblStyle w:val="TableGrid"/>
        <w:tblW w:type="dxa" w:w="918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814"/>
        <w:gridCol w:w="4536"/>
        <w:gridCol w:w="2835"/>
      </w:tblGrid>
      <w:tr>
        <w:trPr>
          <w:tblHeader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类型</w:t>
            </w:r>
          </w:p>
        </w:tc>
        <w:tc>
          <w:tcPr>
            <w:tcW w:type="dxa" w:w="45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路径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说明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小时运行数据</w:t>
            </w:r>
          </w:p>
        </w:tc>
        <w:tc>
          <w:tcPr>
            <w:tcW w:type="dxa" w:w="45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models/datas/hourly/pks_hourly_full.csv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7/8/9 号机 5 秒数据按小时聚合，含 0 值统计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压力标签</w:t>
            </w:r>
          </w:p>
        </w:tc>
        <w:tc>
          <w:tcPr>
            <w:tcW w:type="dxa" w:w="45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models/datas/reference/润滑油压力小时阶段段.csv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61 条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振动标签</w:t>
            </w:r>
          </w:p>
        </w:tc>
        <w:tc>
          <w:tcPr>
            <w:tcW w:type="dxa" w:w="45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models/datas/reference/振动异常段.csv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25 条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压力训练样本</w:t>
            </w:r>
          </w:p>
        </w:tc>
        <w:tc>
          <w:tcPr>
            <w:tcW w:type="dxa" w:w="45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models/datas/pressure/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manifest、train、validation、test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振动训练样本</w:t>
            </w:r>
          </w:p>
        </w:tc>
        <w:tc>
          <w:tcPr>
            <w:tcW w:type="dxa" w:w="45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models/datas/vibration/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manifest、train、validation、test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压力模型</w:t>
            </w:r>
          </w:p>
        </w:tc>
        <w:tc>
          <w:tcPr>
            <w:tcW w:type="dxa" w:w="45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models/datas/artifacts/pressure/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XGBoost + 相似度索引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振动模型</w:t>
            </w:r>
          </w:p>
        </w:tc>
        <w:tc>
          <w:tcPr>
            <w:tcW w:type="dxa" w:w="45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models/datas/artifacts/vibration/</w:t>
            </w:r>
          </w:p>
        </w:tc>
        <w:tc>
          <w:tcPr>
            <w:tcW w:type="dxa" w:w="2835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XGBoost + 相似度索引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数据来源：项目内实际文件；标签时间范围和数量由 reference CSV 统计</w:t>
      </w:r>
    </w:p>
    <w:tbl>
      <w:tblPr>
        <w:tblStyle w:val="TableGrid"/>
        <w:tblW w:type="dxa" w:w="850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1701"/>
        <w:gridCol w:w="2268"/>
        <w:gridCol w:w="2268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类型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标签数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最早开始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最晚结束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61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2025-01-19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2026-06-17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25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2025-01-15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2026-04-25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数据来源：models/datas/reference/润滑油压力小时阶段段.csv、振动异常段.csv</w:t>
      </w:r>
    </w:p>
    <w:p>
      <w:pPr>
        <w:pStyle w:val="Heading2"/>
      </w:pPr>
      <w:r>
        <w:t>2.1 本版压力标签规则变化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压力标签先按 100% 方案去除 0 MPa 小时、部分掉点小时，再按连续有效小时计算斜率并合并前置下降。随后检查开机后 24 小时内出现的候选阶段：若该阶段结束后连续 12 个有效小时恢复到周期基线 95% 以上且无低报警，则判为开机恢复瞬态，删除标签，并将该阶段结束前的开机瞬态小时排除出正常训练样本。</w:t>
      </w:r>
    </w:p>
    <w:tbl>
      <w:tblPr>
        <w:tblStyle w:val="TableGrid"/>
        <w:tblW w:type="dxa" w:w="895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20"/>
        <w:gridCol w:w="1134"/>
        <w:gridCol w:w="907"/>
        <w:gridCol w:w="1587"/>
        <w:gridCol w:w="1587"/>
        <w:gridCol w:w="1587"/>
        <w:gridCol w:w="1134"/>
      </w:tblGrid>
      <w:tr>
        <w:trPr>
          <w:tblHeader/>
        </w:trPr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周期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阶段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开始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结束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稳定恢复开始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连续稳定小时</w:t>
            </w:r>
          </w:p>
        </w:tc>
      </w:tr>
      <w:tr>
        <w:trPr>
          <w:cantSplit/>
        </w:trPr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7号机-P08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轻微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2025-09-09 13:00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2025-09-09 16:00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2025-09-09 17:00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12</w:t>
            </w:r>
          </w:p>
        </w:tc>
      </w:tr>
      <w:tr>
        <w:trPr>
          <w:cantSplit/>
        </w:trPr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7号机-P10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轻微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2025-10-03 17:00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2025-10-03 19:00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2025-10-03 20:00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12</w:t>
            </w:r>
          </w:p>
        </w:tc>
      </w:tr>
      <w:tr>
        <w:trPr>
          <w:cantSplit/>
        </w:trPr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8号机-P05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轻微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2025-01-18 11:00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2025-01-18 11:00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2025-01-18 12:00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12</w:t>
            </w:r>
          </w:p>
        </w:tc>
      </w:tr>
    </w:tbl>
    <w:p/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共剔除 3 条开机恢复瞬态标签；7 号机压力标签因此变为 0 条。</w:t>
      </w:r>
    </w:p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数据来源：models/results/pressure/压力开机恢复剔除标签.csv、压力开机恢复剔除小时.csv</w:t>
      </w:r>
    </w:p>
    <w:p>
      <w:pPr>
        <w:pStyle w:val="Heading1"/>
      </w:pPr>
      <w:r>
        <w:t>三、样本构建与划分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压力与振动均使用 3 小时滑动窗口。窗口与任一异常阶段重叠即标为异常；训练样本使用全部正常窗口。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切分比例为 6.5 / 2 / 1.5，随机种子 20260921，事件组不跨 train/validation/test。压力异常按样本分配，振动按事件组分配。</w:t>
      </w:r>
    </w:p>
    <w:tbl>
      <w:tblPr>
        <w:tblStyle w:val="TableGrid"/>
        <w:tblW w:type="dxa" w:w="850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1701"/>
        <w:gridCol w:w="2268"/>
        <w:gridCol w:w="2268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模型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划分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train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8365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618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validation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2721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179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test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1943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148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train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9112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190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validation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2637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test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2159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</w:t>
            </w:r>
          </w:p>
        </w:tc>
      </w:tr>
    </w:tbl>
    <w:p/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排除样本：压力 593、振动 536；不计入正常/异常训练或测试指标。</w:t>
      </w:r>
    </w:p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数据来源：models/datas/pressure/split_report.json、models/datas/vibration/split_report.json、manifest.csv</w:t>
      </w:r>
    </w:p>
    <w:tbl>
      <w:tblPr>
        <w:tblStyle w:val="TableGrid"/>
        <w:tblW w:type="dxa" w:w="703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1360"/>
        <w:gridCol w:w="1474"/>
        <w:gridCol w:w="1247"/>
        <w:gridCol w:w="1247"/>
      </w:tblGrid>
      <w:tr>
        <w:trPr>
          <w:tblHeader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模型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split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train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3119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validation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1145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test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682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train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1926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618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validation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570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179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test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525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148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train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3320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validation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test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736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train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3139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62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validation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948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test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676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train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2818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36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validation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761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test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702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12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train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3155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92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validation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928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</w:t>
            </w:r>
          </w:p>
        </w:tc>
      </w:tr>
      <w:tr>
        <w:trPr>
          <w:cantSplit/>
        </w:trPr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test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781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数据来源：models/datas/pressure/manifest.csv、models/datas/vibration/manifest.csv</w:t>
      </w:r>
    </w:p>
    <w:p>
      <w:pPr>
        <w:pStyle w:val="Heading1"/>
      </w:pPr>
      <w:r>
        <w:t>四、指标定义与来源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TP：异常检出；FP：正常误报；FN：异常漏报；TN：正常正确排除。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查准率 = TP/(TP+FP)；异常召回 = TP/(TP+FN)；正常特异度 = TN/(TN+FP)；正常召回等于特异度。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F1 为查准率与召回率的调和平均；平衡准确率 =（正常召回 + 异常召回）/2；macro-F1 为两类 F1 的算术平均；PR-AUC 基于异常概率计算。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事件级指标按事件组聚合：事件内任一窗口检出，该事件算检出；正常事件内任一窗口报警，算正常事件误报。</w:t>
      </w:r>
    </w:p>
    <w:tbl>
      <w:tblPr>
        <w:tblStyle w:val="TableGrid"/>
        <w:tblW w:type="dxa" w:w="929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608"/>
        <w:gridCol w:w="3288"/>
        <w:gridCol w:w="3402"/>
      </w:tblGrid>
      <w:tr>
        <w:trPr>
          <w:tblHeader/>
        </w:trPr>
        <w:tc>
          <w:tcPr>
            <w:tcW w:type="dxa" w:w="260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指标</w:t>
            </w:r>
          </w:p>
        </w:tc>
        <w:tc>
          <w:tcPr>
            <w:tcW w:type="dxa" w:w="328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计算方式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来源</w:t>
            </w:r>
          </w:p>
        </w:tc>
      </w:tr>
      <w:tr>
        <w:trPr>
          <w:cantSplit/>
        </w:trPr>
        <w:tc>
          <w:tcPr>
            <w:tcW w:type="dxa" w:w="260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验证集/训练集分类指标</w:t>
            </w:r>
          </w:p>
        </w:tc>
        <w:tc>
          <w:tcPr>
            <w:tcW w:type="dxa" w:w="328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保存模型对对应样本重新打分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models/datas/{kind}/train、validation；models/datas/artifacts/{kind}</w:t>
            </w:r>
          </w:p>
        </w:tc>
      </w:tr>
      <w:tr>
        <w:trPr>
          <w:cantSplit/>
        </w:trPr>
        <w:tc>
          <w:tcPr>
            <w:tcW w:type="dxa" w:w="260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测试集分类指标</w:t>
            </w:r>
          </w:p>
        </w:tc>
        <w:tc>
          <w:tcPr>
            <w:tcW w:type="dxa" w:w="328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封存测试评估 JSON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models/results/{kind}/{kind}_test_evaluation.json</w:t>
            </w:r>
          </w:p>
        </w:tc>
      </w:tr>
      <w:tr>
        <w:trPr>
          <w:cantSplit/>
        </w:trPr>
        <w:tc>
          <w:tcPr>
            <w:tcW w:type="dxa" w:w="260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分机组指标</w:t>
            </w:r>
          </w:p>
        </w:tc>
        <w:tc>
          <w:tcPr>
            <w:tcW w:type="dxa" w:w="328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by_unit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同上</w:t>
            </w:r>
          </w:p>
        </w:tc>
      </w:tr>
      <w:tr>
        <w:trPr>
          <w:cantSplit/>
        </w:trPr>
        <w:tc>
          <w:tcPr>
            <w:tcW w:type="dxa" w:w="260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事件级指标</w:t>
            </w:r>
          </w:p>
        </w:tc>
        <w:tc>
          <w:tcPr>
            <w:tcW w:type="dxa" w:w="328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event_metrics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验证集重新计算；测试集读取 JSON</w:t>
            </w:r>
          </w:p>
        </w:tc>
      </w:tr>
      <w:tr>
        <w:trPr>
          <w:cantSplit/>
        </w:trPr>
        <w:tc>
          <w:tcPr>
            <w:tcW w:type="dxa" w:w="260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错判/漏判明细</w:t>
            </w:r>
          </w:p>
        </w:tc>
        <w:tc>
          <w:tcPr>
            <w:tcW w:type="dxa" w:w="328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测试预测 CSV</w:t>
            </w:r>
          </w:p>
        </w:tc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models/results/{kind}/{kind}_test_predictions.csv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数据来源：models/common/modeling.py 的 metrics / event_metrics / choose_threshold</w:t>
      </w:r>
    </w:p>
    <w:p>
      <w:pPr>
        <w:pStyle w:val="Heading1"/>
      </w:pPr>
      <w:r>
        <w:t>五、润滑油压力模型详细</w:t>
      </w:r>
    </w:p>
    <w:p>
      <w:pPr>
        <w:pStyle w:val="Heading2"/>
      </w:pPr>
      <w:r>
        <w:t>模型与训练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模型为 XGBoost 二分类，输出窗口异常概率；特征版本为 generalized_cycle_relative_v2，特征数 22。训练使用全部正常样本和异常样本，按验证集选择阈值。</w:t>
      </w:r>
    </w:p>
    <w:tbl>
      <w:tblPr>
        <w:tblStyle w:val="TableGrid"/>
        <w:tblW w:type="dxa" w:w="878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402"/>
        <w:gridCol w:w="5386"/>
      </w:tblGrid>
      <w:tr>
        <w:trPr>
          <w:tblHeader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项目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值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窗口长度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 小时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训练轮数（请求/实际）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800 / 150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早停轮数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50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最佳轮次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最佳验证 logloss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0.02553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正常/异常训练样本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8365 / 618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scale_pos_weight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13.536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分类阈值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0.892089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阈值选择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验证集最大 F1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数据来源：models/datas/artifacts/pressure/pressure_metadata.json；models/common/modeling.py</w:t>
      </w:r>
    </w:p>
    <w:p>
      <w:pPr>
        <w:pStyle w:val="Heading3"/>
      </w:pPr>
      <w:r>
        <w:t>训练集（仅参考）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1247"/>
        <w:gridCol w:w="1360"/>
        <w:gridCol w:w="1360"/>
        <w:gridCol w:w="1247"/>
        <w:gridCol w:w="1247"/>
        <w:gridCol w:w="1360"/>
      </w:tblGrid>
      <w:tr>
        <w:trPr>
          <w:tblHeader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类别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查准率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召回率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特异度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8365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99.98%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99.78%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99.88%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99.78%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618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97.16%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99.68%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98.40%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99.92%</w:t>
            </w:r>
          </w:p>
        </w:tc>
      </w:tr>
    </w:tbl>
    <w:p/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60"/>
        <w:gridCol w:w="1247"/>
        <w:gridCol w:w="1247"/>
        <w:gridCol w:w="1247"/>
        <w:gridCol w:w="1247"/>
        <w:gridCol w:w="1247"/>
        <w:gridCol w:w="1247"/>
      </w:tblGrid>
      <w:tr>
        <w:trPr>
          <w:tblHeader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异常检出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正常误报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异常漏报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正常排除</w:t>
            </w:r>
          </w:p>
        </w:tc>
      </w:tr>
      <w:tr>
        <w:trPr>
          <w:cantSplit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8983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8365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618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616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18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8347</w:t>
            </w:r>
          </w:p>
        </w:tc>
      </w:tr>
    </w:tbl>
    <w:p/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2268"/>
        <w:gridCol w:w="2268"/>
        <w:gridCol w:w="2268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平衡准确率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macro-F1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99.78%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99.73%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99.14%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99.92%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数据来源：models/datas/pressure/train；使用保存模型重新打分，训练集指标偏乐观，不作为泛化结论</w:t>
      </w:r>
    </w:p>
    <w:p>
      <w:pPr>
        <w:pStyle w:val="Heading3"/>
      </w:pPr>
      <w:r>
        <w:t>训练集事件级</w:t>
      </w:r>
    </w:p>
    <w:tbl>
      <w:tblPr>
        <w:tblStyle w:val="TableGrid"/>
        <w:tblW w:type="dxa" w:w="8731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247"/>
        <w:gridCol w:w="1247"/>
        <w:gridCol w:w="1474"/>
        <w:gridCol w:w="181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异常事件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检出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漏报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正常事件误报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事件召回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42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42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57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数据来源：models/datas/pressure/train；保存模型重新打分</w:t>
      </w:r>
    </w:p>
    <w:p>
      <w:pPr>
        <w:pStyle w:val="Heading3"/>
      </w:pPr>
      <w:r>
        <w:t>验证集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1247"/>
        <w:gridCol w:w="1360"/>
        <w:gridCol w:w="1360"/>
        <w:gridCol w:w="1247"/>
        <w:gridCol w:w="1247"/>
        <w:gridCol w:w="1360"/>
      </w:tblGrid>
      <w:tr>
        <w:trPr>
          <w:tblHeader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类别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查准率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召回率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特异度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2721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99.45%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99.73%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179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91.62%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95.63%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98.62%</w:t>
            </w:r>
          </w:p>
        </w:tc>
      </w:tr>
    </w:tbl>
    <w:p/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60"/>
        <w:gridCol w:w="1247"/>
        <w:gridCol w:w="1247"/>
        <w:gridCol w:w="1247"/>
        <w:gridCol w:w="1247"/>
        <w:gridCol w:w="1247"/>
        <w:gridCol w:w="1247"/>
      </w:tblGrid>
      <w:tr>
        <w:trPr>
          <w:tblHeader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异常检出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正常误报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异常漏报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正常排除</w:t>
            </w:r>
          </w:p>
        </w:tc>
      </w:tr>
      <w:tr>
        <w:trPr>
          <w:cantSplit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2900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2721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179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164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15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2721</w:t>
            </w:r>
          </w:p>
        </w:tc>
      </w:tr>
    </w:tbl>
    <w:p/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2268"/>
        <w:gridCol w:w="2268"/>
        <w:gridCol w:w="2268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平衡准确率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macro-F1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99.48%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95.81%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97.68%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98.62%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数据来源：models/datas/pressure/validation；使用保存模型重新打分，阈值来自 metadata</w:t>
      </w:r>
    </w:p>
    <w:p>
      <w:pPr>
        <w:pStyle w:val="Heading3"/>
      </w:pPr>
      <w:r>
        <w:t>验证集事件级</w:t>
      </w:r>
    </w:p>
    <w:tbl>
      <w:tblPr>
        <w:tblStyle w:val="TableGrid"/>
        <w:tblW w:type="dxa" w:w="8731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247"/>
        <w:gridCol w:w="1247"/>
        <w:gridCol w:w="1474"/>
        <w:gridCol w:w="181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异常事件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检出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漏报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正常事件误报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事件召回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16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数据来源：models/datas/pressure/validation；保存模型重新打分</w:t>
      </w:r>
    </w:p>
    <w:p>
      <w:pPr>
        <w:pStyle w:val="Heading3"/>
      </w:pPr>
      <w:r>
        <w:t>封存测试集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1247"/>
        <w:gridCol w:w="1360"/>
        <w:gridCol w:w="1360"/>
        <w:gridCol w:w="1247"/>
        <w:gridCol w:w="1247"/>
        <w:gridCol w:w="1360"/>
      </w:tblGrid>
      <w:tr>
        <w:trPr>
          <w:tblHeader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类别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查准率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召回率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特异度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1943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99.18%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99.59%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99.18%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148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90.24%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94.87%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60"/>
        <w:gridCol w:w="1247"/>
        <w:gridCol w:w="1247"/>
        <w:gridCol w:w="1247"/>
        <w:gridCol w:w="1247"/>
        <w:gridCol w:w="1247"/>
        <w:gridCol w:w="1247"/>
      </w:tblGrid>
      <w:tr>
        <w:trPr>
          <w:tblHeader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异常检出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正常误报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异常漏报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正常排除</w:t>
            </w:r>
          </w:p>
        </w:tc>
      </w:tr>
      <w:tr>
        <w:trPr>
          <w:cantSplit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2091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1943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148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148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1927</w:t>
            </w:r>
          </w:p>
        </w:tc>
      </w:tr>
    </w:tbl>
    <w:p/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2268"/>
        <w:gridCol w:w="2268"/>
        <w:gridCol w:w="2268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平衡准确率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macro-F1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99.23%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99.59%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97.23%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数据来源：models/results/pressure/pressure_test_evaluation.json 的 window_metrics</w:t>
      </w:r>
    </w:p>
    <w:p>
      <w:pPr>
        <w:pStyle w:val="Heading3"/>
      </w:pPr>
      <w:r>
        <w:t>测试集事件级</w:t>
      </w:r>
    </w:p>
    <w:tbl>
      <w:tblPr>
        <w:tblStyle w:val="TableGrid"/>
        <w:tblW w:type="dxa" w:w="8731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247"/>
        <w:gridCol w:w="1247"/>
        <w:gridCol w:w="1474"/>
        <w:gridCol w:w="181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异常事件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检出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漏报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正常事件误报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事件召回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数据来源：models/results/pressure/pressure_test_evaluation.json 的 event_metrics</w:t>
      </w:r>
    </w:p>
    <w:p>
      <w:pPr>
        <w:pStyle w:val="Heading3"/>
      </w:pPr>
      <w:r>
        <w:t>测试集分机组</w:t>
      </w:r>
    </w:p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474"/>
        <w:gridCol w:w="1474"/>
        <w:gridCol w:w="1474"/>
        <w:gridCol w:w="147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正常窗口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正常查准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正常召回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正常F1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特异度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682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525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96.95%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98.45%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96.95%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736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474"/>
        <w:gridCol w:w="1474"/>
        <w:gridCol w:w="1474"/>
        <w:gridCol w:w="147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异常窗口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异常查准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异常召回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异常F1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148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90.24%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94.87%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数据来源：models/results/pressure/pressure_test_evaluation.json 的 by_unit</w:t>
      </w:r>
    </w:p>
    <w:p>
      <w:pPr>
        <w:pStyle w:val="Heading3"/>
      </w:pPr>
      <w:r>
        <w:t>标签阶段分布</w:t>
      </w:r>
    </w:p>
    <w:tbl>
      <w:tblPr>
        <w:tblStyle w:val="TableGrid"/>
        <w:tblW w:type="dxa" w:w="918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1701"/>
        <w:gridCol w:w="1701"/>
        <w:gridCol w:w="1814"/>
        <w:gridCol w:w="1701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轻微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严重异常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合计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56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61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合计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56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61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数据来源：models/datas/reference/润滑油压力小时阶段段.csv</w:t>
      </w:r>
    </w:p>
    <w:p>
      <w:pPr>
        <w:pStyle w:val="Heading2"/>
      </w:pPr>
      <w:r>
        <w:t>错判与漏判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测试集错判 16 个、漏判 0 个，真正例 148 个、真负例 1927 个。错判是正常窗口被判为异常，漏判是异常窗口被判为正常；同时给出事件级结果，避免只看窗口。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93"/>
        <w:gridCol w:w="907"/>
        <w:gridCol w:w="1814"/>
        <w:gridCol w:w="1814"/>
        <w:gridCol w:w="1020"/>
        <w:gridCol w:w="2721"/>
      </w:tblGrid>
      <w:tr>
        <w:trPr>
          <w:tblHeader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类型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窗口开始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窗口结束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概率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事件编号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2025-07-01 23:00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2025-07-02 01:00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0.9430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8号机_B31_R0006_normal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2025-07-02 00:00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2025-07-02 02:00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0.9430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8号机_B31_R0006_normal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2025-07-02 02:00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2025-07-02 04:00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0.9430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8号机_B31_R0006_normal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2025-07-02 03:00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2025-07-02 05:00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0.9430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8号机_B31_R0006_normal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2025-07-02 04:00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2025-07-02 06:00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0.9430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8号机_B31_R0006_normal</w:t>
            </w:r>
          </w:p>
        </w:tc>
      </w:tr>
    </w:tbl>
    <w:p/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93"/>
        <w:gridCol w:w="907"/>
        <w:gridCol w:w="1814"/>
        <w:gridCol w:w="1814"/>
        <w:gridCol w:w="1020"/>
        <w:gridCol w:w="2721"/>
      </w:tblGrid>
      <w:tr>
        <w:trPr>
          <w:tblHeader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类型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窗口开始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窗口结束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概率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事件编号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漏判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无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数据来源：models/results/pressure/pressure_test_predictions.csv；按阈值 0.892089 判定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从测试结果看，错判主要是正常窗口概率接近阈值；本次漏判 0 个。测试异常窗口分布：8号机 148 个；没有异常窗口的机组分机组指标只能作为参考。事件级 10/10 检出。</w:t>
      </w:r>
    </w:p>
    <w:p>
      <w:pPr>
        <w:pStyle w:val="Heading3"/>
      </w:pPr>
      <w:r>
        <w:t>特征重要度（前 10）</w:t>
      </w:r>
    </w:p>
    <w:tbl>
      <w:tblPr>
        <w:tblStyle w:val="TableGrid"/>
        <w:tblW w:type="dxa" w:w="935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087"/>
        <w:gridCol w:w="2268"/>
      </w:tblGrid>
      <w:tr>
        <w:trPr>
          <w:tblHeader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特征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重要度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oil_rel_cycle_last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51.95%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oil_rel_cycle_mean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30.89%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oil_drawdown_cycle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8.52%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oil_rel_cycle_min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1.58%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oil_slope_rel_cycle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0.70%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oil_range_rel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0.67%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oil_low_low_ratio_mean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0.61%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oil_slope_rel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0.61%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oil_min_z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0.57%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oil_last_z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0.53%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其余特征合计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3.36%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数据来源：pressure_model.joblib 的 feature_importances_；特征名来自 metadata</w:t>
      </w:r>
    </w:p>
    <w:p>
      <w:pPr>
        <w:pStyle w:val="Heading1"/>
      </w:pPr>
      <w:r>
        <w:t>六、振动模型详细</w:t>
      </w:r>
    </w:p>
    <w:p>
      <w:pPr>
        <w:pStyle w:val="Heading2"/>
      </w:pPr>
      <w:r>
        <w:t>模型与训练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模型为 XGBoost 二分类，输出窗口异常概率；特征版本为 generalized_cycle_relative_v2，特征数 25。训练使用全部正常样本和异常样本，按验证集选择阈值。</w:t>
      </w:r>
    </w:p>
    <w:tbl>
      <w:tblPr>
        <w:tblStyle w:val="TableGrid"/>
        <w:tblW w:type="dxa" w:w="878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402"/>
        <w:gridCol w:w="5386"/>
      </w:tblGrid>
      <w:tr>
        <w:trPr>
          <w:tblHeader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项目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值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窗口长度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 小时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训练轮数（请求/实际）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800 / 359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早停轮数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50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最佳轮次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308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最佳验证 logloss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0.02262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正常/异常训练样本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9112 / 190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scale_pos_weight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47.958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分类阈值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0.916630</w:t>
            </w:r>
          </w:p>
        </w:tc>
      </w:tr>
      <w:tr>
        <w:trPr>
          <w:cantSplit/>
        </w:trPr>
        <w:tc>
          <w:tcPr>
            <w:tcW w:type="dxa" w:w="3402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阈值选择</w:t>
            </w:r>
          </w:p>
        </w:tc>
        <w:tc>
          <w:tcPr>
            <w:tcW w:type="dxa" w:w="5386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验证集最大 F1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数据来源：models/datas/artifacts/vibration/vibration_metadata.json；models/common/modeling.py</w:t>
      </w:r>
    </w:p>
    <w:p>
      <w:pPr>
        <w:pStyle w:val="Heading3"/>
      </w:pPr>
      <w:r>
        <w:t>训练集（仅参考）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1247"/>
        <w:gridCol w:w="1360"/>
        <w:gridCol w:w="1360"/>
        <w:gridCol w:w="1247"/>
        <w:gridCol w:w="1247"/>
        <w:gridCol w:w="1360"/>
      </w:tblGrid>
      <w:tr>
        <w:trPr>
          <w:tblHeader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类别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查准率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召回率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特异度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9112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99.99%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99.99%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99.99%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190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99.48%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99.74%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60"/>
        <w:gridCol w:w="1247"/>
        <w:gridCol w:w="1247"/>
        <w:gridCol w:w="1247"/>
        <w:gridCol w:w="1247"/>
        <w:gridCol w:w="1247"/>
        <w:gridCol w:w="1247"/>
      </w:tblGrid>
      <w:tr>
        <w:trPr>
          <w:tblHeader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异常检出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正常误报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异常漏报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正常排除</w:t>
            </w:r>
          </w:p>
        </w:tc>
      </w:tr>
      <w:tr>
        <w:trPr>
          <w:cantSplit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9302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9112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9111</w:t>
            </w:r>
          </w:p>
        </w:tc>
      </w:tr>
    </w:tbl>
    <w:p/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2268"/>
        <w:gridCol w:w="2268"/>
        <w:gridCol w:w="2268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平衡准确率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macro-F1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99.99%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99.99%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99.87%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数据来源：models/datas/vibration/train；使用保存模型重新打分，训练集指标偏乐观，不作为泛化结论</w:t>
      </w:r>
    </w:p>
    <w:p>
      <w:pPr>
        <w:pStyle w:val="Heading3"/>
      </w:pPr>
      <w:r>
        <w:t>训练集事件级</w:t>
      </w:r>
    </w:p>
    <w:tbl>
      <w:tblPr>
        <w:tblStyle w:val="TableGrid"/>
        <w:tblW w:type="dxa" w:w="8731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247"/>
        <w:gridCol w:w="1247"/>
        <w:gridCol w:w="1474"/>
        <w:gridCol w:w="181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异常事件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检出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漏报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正常事件误报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事件召回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48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数据来源：models/datas/vibration/train；保存模型重新打分</w:t>
      </w:r>
    </w:p>
    <w:p>
      <w:pPr>
        <w:pStyle w:val="Heading3"/>
      </w:pPr>
      <w:r>
        <w:t>验证集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1247"/>
        <w:gridCol w:w="1360"/>
        <w:gridCol w:w="1360"/>
        <w:gridCol w:w="1247"/>
        <w:gridCol w:w="1247"/>
        <w:gridCol w:w="1360"/>
      </w:tblGrid>
      <w:tr>
        <w:trPr>
          <w:tblHeader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类别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查准率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召回率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特异度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2637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99.77%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99.77%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99.77%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99.77%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70.00%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70.00%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70.00%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70.40%</w:t>
            </w:r>
          </w:p>
        </w:tc>
      </w:tr>
    </w:tbl>
    <w:p/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60"/>
        <w:gridCol w:w="1247"/>
        <w:gridCol w:w="1247"/>
        <w:gridCol w:w="1247"/>
        <w:gridCol w:w="1247"/>
        <w:gridCol w:w="1247"/>
        <w:gridCol w:w="1247"/>
      </w:tblGrid>
      <w:tr>
        <w:trPr>
          <w:tblHeader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异常检出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正常误报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异常漏报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正常排除</w:t>
            </w:r>
          </w:p>
        </w:tc>
      </w:tr>
      <w:tr>
        <w:trPr>
          <w:cantSplit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2657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2637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14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2631</w:t>
            </w:r>
          </w:p>
        </w:tc>
      </w:tr>
    </w:tbl>
    <w:p/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2268"/>
        <w:gridCol w:w="2268"/>
        <w:gridCol w:w="2268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平衡准确率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macro-F1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99.55%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84.89%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84.89%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70.40%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数据来源：models/datas/vibration/validation；使用保存模型重新打分，阈值来自 metadata</w:t>
      </w:r>
    </w:p>
    <w:p>
      <w:pPr>
        <w:pStyle w:val="Heading3"/>
      </w:pPr>
      <w:r>
        <w:t>验证集事件级</w:t>
      </w:r>
    </w:p>
    <w:tbl>
      <w:tblPr>
        <w:tblStyle w:val="TableGrid"/>
        <w:tblW w:type="dxa" w:w="8731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247"/>
        <w:gridCol w:w="1247"/>
        <w:gridCol w:w="1474"/>
        <w:gridCol w:w="181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异常事件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检出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漏报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正常事件误报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事件召回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80.00%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数据来源：models/datas/vibration/validation；保存模型重新打分</w:t>
      </w:r>
    </w:p>
    <w:p>
      <w:pPr>
        <w:pStyle w:val="Heading3"/>
      </w:pPr>
      <w:r>
        <w:t>封存测试集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1247"/>
        <w:gridCol w:w="1360"/>
        <w:gridCol w:w="1360"/>
        <w:gridCol w:w="1247"/>
        <w:gridCol w:w="1247"/>
        <w:gridCol w:w="1360"/>
      </w:tblGrid>
      <w:tr>
        <w:trPr>
          <w:tblHeader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类别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查准率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召回率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F1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特异度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2159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99.72%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99.72%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99.72%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99.72%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71.43%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71.43%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71.43%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82.70%</w:t>
            </w:r>
          </w:p>
        </w:tc>
      </w:tr>
    </w:tbl>
    <w:p/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60"/>
        <w:gridCol w:w="1247"/>
        <w:gridCol w:w="1247"/>
        <w:gridCol w:w="1247"/>
        <w:gridCol w:w="1247"/>
        <w:gridCol w:w="1247"/>
        <w:gridCol w:w="1247"/>
      </w:tblGrid>
      <w:tr>
        <w:trPr>
          <w:tblHeader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异常检出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正常误报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异常漏报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正常排除</w:t>
            </w:r>
          </w:p>
        </w:tc>
      </w:tr>
      <w:tr>
        <w:trPr>
          <w:cantSplit/>
        </w:trPr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2180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2159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15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2153</w:t>
            </w:r>
          </w:p>
        </w:tc>
      </w:tr>
    </w:tbl>
    <w:p/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2268"/>
        <w:gridCol w:w="2268"/>
        <w:gridCol w:w="2268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平衡准确率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macro-F1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99.45%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85.58%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85.58%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82.70%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数据来源：models/results/vibration/vibration_test_evaluation.json 的 window_metrics</w:t>
      </w:r>
    </w:p>
    <w:p>
      <w:pPr>
        <w:pStyle w:val="Heading3"/>
      </w:pPr>
      <w:r>
        <w:t>测试集事件级</w:t>
      </w:r>
    </w:p>
    <w:tbl>
      <w:tblPr>
        <w:tblStyle w:val="TableGrid"/>
        <w:tblW w:type="dxa" w:w="8731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247"/>
        <w:gridCol w:w="1247"/>
        <w:gridCol w:w="1474"/>
        <w:gridCol w:w="181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异常事件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检出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漏报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正常事件误报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事件召回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14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数据来源：models/results/vibration/vibration_test_evaluation.json 的 event_metrics</w:t>
      </w:r>
    </w:p>
    <w:p>
      <w:pPr>
        <w:pStyle w:val="Heading3"/>
      </w:pPr>
      <w:r>
        <w:t>测试集分机组</w:t>
      </w:r>
    </w:p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474"/>
        <w:gridCol w:w="1474"/>
        <w:gridCol w:w="1474"/>
        <w:gridCol w:w="147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正常窗口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正常查准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正常召回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正常F1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特异度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676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99.71%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99.85%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702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99.43%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99.29%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99.36%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99.29%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781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99.87%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99.94%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99.87%</w:t>
            </w:r>
          </w:p>
        </w:tc>
      </w:tr>
    </w:tbl>
    <w:p/>
    <w:tbl>
      <w:tblPr>
        <w:tblStyle w:val="TableGrid"/>
        <w:tblW w:type="dxa" w:w="884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474"/>
        <w:gridCol w:w="1474"/>
        <w:gridCol w:w="1474"/>
        <w:gridCol w:w="1474"/>
        <w:gridCol w:w="1474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异常窗口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异常查准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异常召回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异常F1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77.78%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87.50%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97.65%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12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61.54%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66.67%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64.00%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80.02%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—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数据来源：models/results/vibration/vibration_test_evaluation.json 的 by_unit</w:t>
      </w:r>
    </w:p>
    <w:p>
      <w:pPr>
        <w:pStyle w:val="Heading3"/>
      </w:pPr>
      <w:r>
        <w:t>标签阶段分布</w:t>
      </w:r>
    </w:p>
    <w:tbl>
      <w:tblPr>
        <w:tblStyle w:val="TableGrid"/>
        <w:tblW w:type="dxa" w:w="918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1701"/>
        <w:gridCol w:w="1701"/>
        <w:gridCol w:w="1814"/>
        <w:gridCol w:w="1701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轻微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严重异常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合计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6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合计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18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</w:t>
            </w:r>
          </w:p>
        </w:tc>
        <w:tc>
          <w:tcPr>
            <w:tcW w:type="dxa" w:w="170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25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数据来源：models/datas/reference/振动异常段.csv</w:t>
      </w:r>
    </w:p>
    <w:p>
      <w:pPr>
        <w:pStyle w:val="Heading2"/>
      </w:pPr>
      <w:r>
        <w:t>错判与漏判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测试集错判 6 个、漏判 6 个，真正例 15 个、真负例 2153 个。错判是正常窗口被判为异常，漏判是异常窗口被判为正常；同时给出事件级结果，避免只看窗口。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93"/>
        <w:gridCol w:w="907"/>
        <w:gridCol w:w="1814"/>
        <w:gridCol w:w="1814"/>
        <w:gridCol w:w="1020"/>
        <w:gridCol w:w="2721"/>
      </w:tblGrid>
      <w:tr>
        <w:trPr>
          <w:tblHeader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类型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窗口开始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窗口结束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概率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事件编号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2025-04-25 03:00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2025-04-25 05:00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0.9901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8号机_B31_R0002_normal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2026-04-18 06:00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2026-04-18 08:00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0.9875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9号机_B32_R0020_normal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2025-04-25 00:00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2025-04-25 04:00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0.9844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8号机_B31_R0002_normal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2025-04-25 05:00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2025-04-25 07:00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0.9837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8号机_B31_R0002_normal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错判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2025-04-25 04:00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2025-04-25 06:00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0.9692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8号机_B31_R0002_normal</w:t>
            </w:r>
          </w:p>
        </w:tc>
      </w:tr>
    </w:tbl>
    <w:p/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93"/>
        <w:gridCol w:w="907"/>
        <w:gridCol w:w="1814"/>
        <w:gridCol w:w="1814"/>
        <w:gridCol w:w="1020"/>
        <w:gridCol w:w="2721"/>
      </w:tblGrid>
      <w:tr>
        <w:trPr>
          <w:tblHeader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类型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机组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窗口开始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窗口结束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概率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事件编号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漏判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2025-03-23 07:00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2025-03-23 09:00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0.3302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振动阶段_7号机_47_0003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漏判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2025-03-23 06:00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2025-03-23 08:00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0.3420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振动阶段_7号机_47_0003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漏判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2025-09-25 07:00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2025-09-25 09:00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0.4078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振动阶段_8号机_31_0014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漏判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2025-04-07 07:00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2025-04-07 09:00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0.6013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振动阶段_8号机_31_0012</w:t>
            </w:r>
          </w:p>
        </w:tc>
      </w:tr>
      <w:tr>
        <w:trPr>
          <w:cantSplit/>
        </w:trPr>
        <w:tc>
          <w:tcPr>
            <w:tcW w:type="dxa" w:w="79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漏判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8号机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2025-09-25 06:00</w:t>
            </w:r>
          </w:p>
        </w:tc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2025-09-25 08:00</w:t>
            </w:r>
          </w:p>
        </w:tc>
        <w:tc>
          <w:tcPr>
            <w:tcW w:type="dxa" w:w="1020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0.6641</w:t>
            </w:r>
          </w:p>
        </w:tc>
        <w:tc>
          <w:tcPr>
            <w:tcW w:type="dxa" w:w="272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振动阶段_8号机_31_0014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数据来源：models/results/vibration/vibration_test_predictions.csv；按阈值 0.916630 判定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从测试结果看，错判和漏判都集中在短阶段和峰值型阶段附近，概率接近阈值；9 号机没有测试异常事件，7/8 号事件级 4/4 检出，但窗口级召回有限，需结合事件级结果看。</w:t>
      </w:r>
    </w:p>
    <w:p>
      <w:pPr>
        <w:pStyle w:val="Heading3"/>
      </w:pPr>
      <w:r>
        <w:t>特征重要度（前 10）</w:t>
      </w:r>
    </w:p>
    <w:tbl>
      <w:tblPr>
        <w:tblStyle w:val="TableGrid"/>
        <w:tblW w:type="dxa" w:w="9355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087"/>
        <w:gridCol w:w="2268"/>
      </w:tblGrid>
      <w:tr>
        <w:trPr>
          <w:tblHeader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特征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重要度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chain_peak_rel_max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32.86%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chain_peak_dev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19.11%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coupling_peak_rel_max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8.06%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coupling_avg_dev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7.75%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coupling_avg_rel_mean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7.52%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chain_peak_rel_last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7.30%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coupling_peak_dev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4.72%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chain_peak_z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2.21%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coupling_peak_rel_last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1.52%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coupling_avg_rel_last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1.52%</w:t>
            </w:r>
          </w:p>
        </w:tc>
      </w:tr>
      <w:tr>
        <w:trPr>
          <w:cantSplit/>
        </w:trPr>
        <w:tc>
          <w:tcPr>
            <w:tcW w:type="dxa" w:w="70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其余特征合计</w:t>
            </w:r>
          </w:p>
        </w:tc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7.42%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数据来源：vibration_model.joblib 的 feature_importances_；特征名来自 metadata</w:t>
      </w:r>
    </w:p>
    <w:p>
      <w:pPr>
        <w:pStyle w:val="Heading1"/>
      </w:pPr>
      <w:r>
        <w:t>七、两模型汇总</w:t>
      </w:r>
    </w:p>
    <w:tbl>
      <w:tblPr>
        <w:tblStyle w:val="TableGrid"/>
        <w:tblW w:type="dxa" w:w="9298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814"/>
        <w:gridCol w:w="1587"/>
        <w:gridCol w:w="1474"/>
        <w:gridCol w:w="1474"/>
        <w:gridCol w:w="1474"/>
        <w:gridCol w:w="1474"/>
      </w:tblGrid>
      <w:tr>
        <w:trPr>
          <w:tblHeader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模型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集合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正常查准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正常召回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正常F1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2900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99.45%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99.73%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测试集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2091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99.18%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99.59%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2657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99.77%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99.77%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99.77%</w:t>
            </w:r>
          </w:p>
        </w:tc>
      </w:tr>
      <w:tr>
        <w:trPr>
          <w:cantSplit/>
        </w:trPr>
        <w:tc>
          <w:tcPr>
            <w:tcW w:type="dxa" w:w="181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58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测试集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2180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99.72%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99.72%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99.72%</w:t>
            </w:r>
          </w:p>
        </w:tc>
      </w:tr>
    </w:tbl>
    <w:p/>
    <w:tbl>
      <w:tblPr>
        <w:tblStyle w:val="TableGrid"/>
        <w:tblW w:type="dxa" w:w="941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1360"/>
        <w:gridCol w:w="1247"/>
        <w:gridCol w:w="1360"/>
        <w:gridCol w:w="1360"/>
        <w:gridCol w:w="1360"/>
        <w:gridCol w:w="1247"/>
      </w:tblGrid>
      <w:tr>
        <w:trPr>
          <w:tblHeader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模型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集合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样本数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异常查准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异常召回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异常F1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PR-AUC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2900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91.62%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95.63%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98.62%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测试集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2091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90.24%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94.87%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2657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70.00%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70.00%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70.00%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70.40%</w:t>
            </w:r>
          </w:p>
        </w:tc>
      </w:tr>
      <w:tr>
        <w:trPr>
          <w:cantSplit/>
        </w:trPr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测试集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2180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71.43%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71.43%</w:t>
            </w:r>
          </w:p>
        </w:tc>
        <w:tc>
          <w:tcPr>
            <w:tcW w:type="dxa" w:w="1361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71.43%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82.70%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数据来源：压力/振动 validation 重新打分；test 来自各自 *_test_evaluation.json</w:t>
      </w:r>
    </w:p>
    <w:tbl>
      <w:tblPr>
        <w:tblStyle w:val="TableGrid"/>
        <w:tblW w:type="dxa" w:w="7824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907"/>
        <w:gridCol w:w="1134"/>
        <w:gridCol w:w="907"/>
        <w:gridCol w:w="907"/>
        <w:gridCol w:w="1474"/>
        <w:gridCol w:w="1247"/>
      </w:tblGrid>
      <w:tr>
        <w:trPr>
          <w:tblHeader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模型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集合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异常事件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检出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漏报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正常事件误报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事件召回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9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润滑油压力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测试集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验证集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5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80.00%</w:t>
            </w:r>
          </w:p>
        </w:tc>
      </w:tr>
      <w:tr>
        <w:trPr>
          <w:cantSplit/>
        </w:trPr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测试集</w:t>
            </w:r>
          </w:p>
        </w:tc>
        <w:tc>
          <w:tcPr>
            <w:tcW w:type="dxa" w:w="113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type="dxa" w:w="90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0</w:t>
            </w:r>
          </w:p>
        </w:tc>
        <w:tc>
          <w:tcPr>
            <w:tcW w:type="dxa" w:w="1474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3</w:t>
            </w:r>
          </w:p>
        </w:tc>
        <w:tc>
          <w:tcPr>
            <w:tcW w:type="dxa" w:w="1247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100.00%</w:t>
            </w:r>
          </w:p>
        </w:tc>
      </w:tr>
    </w:tbl>
    <w:p/>
    <w:p>
      <w:pPr>
        <w:spacing w:after="160"/>
      </w:pPr>
      <w:r>
        <w:rPr>
          <w:rFonts w:ascii="宋体" w:hAnsi="宋体" w:eastAsia="宋体"/>
          <w:b w:val="0"/>
          <w:color w:val="000000"/>
          <w:sz w:val="18"/>
        </w:rPr>
        <w:t>数据来源：validation 事件级重新打分；test 事件级来自 evaluation event_metrics</w:t>
      </w:r>
    </w:p>
    <w:p>
      <w:pPr>
        <w:pStyle w:val="Heading1"/>
      </w:pPr>
      <w:r>
        <w:t>八、结论与限制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压力模型在测试集上正常类 F1 99.59%、异常类 F1 94.87%，事件级 10/10；测试异常窗口全部来自 8 号机，7 号机和 9 号机没有压力测试异常窗口，分机组指标只能作参考。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振动模型在测试集上正常类 F1 99.72%、异常类 F1 71.43%，事件级 4/4；异常阶段短、测试事件少，窗口级指标波动较大。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两个模型的测试集均为封存集，没有参与训练或阈值选择；验证集用于阈值选择。标签来自规则扫描阶段，未经人工确认，指标代表对规则标签的泛化一致性，不等同于物理故障诊断。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v2 的主要变化是压力标签清洗：剔除 0 点和部分掉点小时，并把开机后稳定恢复的阶段判为瞬态；因此 7 号机压力标签为 0，模型对 7 号机压力异常的评估能力没有测试样本支撑。</w:t>
      </w:r>
    </w:p>
    <w:p>
      <w:pPr>
        <w:spacing w:line="360" w:lineRule="auto" w:after="120"/>
      </w:pPr>
      <w:r>
        <w:rPr>
          <w:rFonts w:ascii="宋体" w:hAnsi="宋体" w:eastAsia="宋体"/>
          <w:b w:val="0"/>
          <w:color w:val="000000"/>
          <w:sz w:val="24"/>
        </w:rPr>
        <w:t>错判和漏判主要出现在轻微、短阶段或边界窗口；实际使用时应结合事件级结果、连续窗口和现场维修记录复核。</w:t>
      </w:r>
    </w:p>
    <w:p>
      <w:pPr>
        <w:pStyle w:val="Heading1"/>
      </w:pPr>
      <w:r>
        <w:t>附录：文件路径</w:t>
      </w:r>
    </w:p>
    <w:tbl>
      <w:tblPr>
        <w:tblStyle w:val="TableGrid"/>
        <w:tblW w:type="dxa" w:w="9072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6804"/>
      </w:tblGrid>
      <w:tr>
        <w:trPr>
          <w:tblHeader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对象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路径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压力标签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models/datas/reference/润滑油压力小时阶段段.csv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振动标签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models/datas/reference/振动异常段.csv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压力样本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models/datas/pressure/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振动样本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models/datas/vibration/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压力模型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models/datas/artifacts/pressure/pressure_model.joblib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振动模型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models/datas/artifacts/vibration/vibration_model.joblib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压力评估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models/results/pressure/pressure_test_evaluation.json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振动评估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models/results/vibration/vibration_test_evaluation.json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压力预测明细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models/results/pressure/pressure_test_predictions.csv</w:t>
            </w:r>
          </w:p>
        </w:tc>
      </w:tr>
      <w:tr>
        <w:trPr>
          <w:cantSplit/>
        </w:trPr>
        <w:tc>
          <w:tcPr>
            <w:tcW w:type="dxa" w:w="2268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振动预测明细</w:t>
            </w:r>
          </w:p>
        </w:tc>
        <w:tc>
          <w:tcPr>
            <w:tcW w:type="dxa" w:w="6803"/>
            <w:tcMar>
              <w:left w:w="60" w:type="dxa"/>
              <w:right w:w="60" w:type="dxa"/>
              <w:top w:w="30" w:type="dxa"/>
              <w:bottom w:w="30" w:type="dxa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models/results/vibration/vibration_test_predictions.csv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000000"/>
        <w:sz w:val="18"/>
      </w:rPr>
      <w:t xml:space="preserve">第 </w:t>
    </w:r>
    <w:fldSimple w:instr="PAGE"/>
    <w:r>
      <w:rPr>
        <w:rFonts w:ascii="宋体" w:hAnsi="宋体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宋体" w:hAnsi="宋体" w:eastAsia="宋体"/>
        <w:b w:val="0"/>
        <w:color w:val="000000"/>
        <w:sz w:val="18"/>
      </w:rPr>
      <w:t>润滑油压力和振动模型详细报告（v2）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</w:pPr>
    <w:rPr>
      <w:rFonts w:ascii="宋体" w:hAnsi="宋体" w:eastAsia="宋体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 w:line="240" w:lineRule="auto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240" w:lineRule="auto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60" w:line="240" w:lineRule="auto"/>
      <w:outlineLvl w:val="2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